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ЗАЯВЛЕНИЕ О ПРИСОЕДИНЕНИИ</w:t>
      </w:r>
    </w:p>
    <w:p>
      <w:r>
        <w:t>к Договору присоединения об участии в партнерской программе по привлечению клиентов для АО «Bereke Bank»</w:t>
      </w:r>
    </w:p>
    <w:p>
      <w:r>
        <w:t>с ТОО «D&amp;D Group (Ди&amp;Ди Групп)»</w:t>
      </w:r>
    </w:p>
    <w:p>
      <w:r>
        <w:t xml:space="preserve"> </w:t>
      </w:r>
    </w:p>
    <w:p>
      <w:r>
        <w:t>г. ______________________                                    «__» __________ 2025 г.</w:t>
        <w:br/>
      </w:r>
    </w:p>
    <w:p>
      <w:pPr>
        <w:pStyle w:val="Heading2"/>
      </w:pPr>
      <w:r>
        <w:t>1. Данные Агента</w:t>
      </w:r>
    </w:p>
    <w:p>
      <w:r>
        <w:t>1.1. Статус (отметить нужное):</w:t>
      </w:r>
    </w:p>
    <w:p>
      <w:r>
        <w:t>☐ Физическое лицо</w:t>
      </w:r>
    </w:p>
    <w:p>
      <w:r>
        <w:t>☐ Индивидуальный предприниматель</w:t>
      </w:r>
    </w:p>
    <w:p>
      <w:r>
        <w:t>☐ ТОО / иное юридическое лицо</w:t>
      </w:r>
    </w:p>
    <w:p>
      <w:r>
        <w:t>1.2. Ф.И.О. / Полное наименование: _________________________________</w:t>
      </w:r>
    </w:p>
    <w:p>
      <w:r>
        <w:t>1.3. ИИН / БИН: _________________________________________________</w:t>
      </w:r>
    </w:p>
    <w:p>
      <w:r>
        <w:t>1.4. Регистрационный / юридический адрес: _________________________</w:t>
      </w:r>
    </w:p>
    <w:p>
      <w:r>
        <w:t>_______________________________________________________________</w:t>
      </w:r>
    </w:p>
    <w:p>
      <w:r>
        <w:t>1.5. Фактический адрес (при наличии): _____________________________</w:t>
      </w:r>
    </w:p>
    <w:p>
      <w:r>
        <w:t>1.6. Контактный телефон: _________________________________________</w:t>
      </w:r>
    </w:p>
    <w:p>
      <w:r>
        <w:t>1.7. E-mail: _____________________________________________________</w:t>
      </w:r>
    </w:p>
    <w:p>
      <w:r>
        <w:t>1.8. Банковские реквизиты для перечисления вознаграждения:</w:t>
      </w:r>
    </w:p>
    <w:p>
      <w:r>
        <w:t>Банк: __________________________________________________________</w:t>
      </w:r>
    </w:p>
    <w:p>
      <w:r>
        <w:t>Номер счета (IBAN): ____________________________________________</w:t>
      </w:r>
    </w:p>
    <w:p>
      <w:r>
        <w:t>БИК: ___________________________________________________________</w:t>
      </w:r>
    </w:p>
    <w:p>
      <w:pPr>
        <w:pStyle w:val="Heading2"/>
      </w:pPr>
      <w:r>
        <w:t>2. Согласие с условиями Договора и документами</w:t>
      </w:r>
    </w:p>
    <w:p>
      <w:r>
        <w:t>2.1. Настоящим подтверждаю(ем), что ознакомился(лись) с текстом Договора присоединения об участии в партнерской программе по привлечению клиентов для АО «Bereke Bank», заключенного с ТОО «D&amp;D Group (Ди&amp;Ди Групп)», размещенного Оператором по адресу: ____________________________, и присоединяюсь(емся) к нему в полном объеме, без каких-либо оговорок.</w:t>
      </w:r>
    </w:p>
    <w:p>
      <w:r>
        <w:t>2.2. Подтверждаю(ем) ознакомление и согласие с:</w:t>
      </w:r>
    </w:p>
    <w:p>
      <w:r>
        <w:t>- Правилами участия в партнерской программе по привлечению клиентов для АО «Bereke Bank»;</w:t>
      </w:r>
    </w:p>
    <w:p>
      <w:r>
        <w:t>- Тарифами программы (размер и условия выплаты вознаграждения Агенту);</w:t>
      </w:r>
    </w:p>
    <w:p>
      <w:r>
        <w:t>- Политикой обработки персональных данных Оператора,</w:t>
      </w:r>
    </w:p>
    <w:p>
      <w:r>
        <w:t>размещенными по адресам, указанным Оператором на сайте и/или в мобильном приложении.</w:t>
      </w:r>
    </w:p>
    <w:p>
      <w:pPr>
        <w:pStyle w:val="Heading2"/>
      </w:pPr>
      <w:r>
        <w:t>3. Заявления и обязательства Агента</w:t>
      </w:r>
    </w:p>
    <w:p>
      <w:r>
        <w:t>3.1. Подтверждаю(ем), что буду(ем) передавать в сервис Оператора только достоверные данные Клиентов и получать от Клиентов согласие на сбор, обработку и передачу их персональных данных Оператору и Банку в соответствии с законодательством Республики Казахстан.</w:t>
      </w:r>
    </w:p>
    <w:p>
      <w:r>
        <w:t>3.2. Обязуюсь(емся):</w:t>
      </w:r>
    </w:p>
    <w:p>
      <w:r>
        <w:t>3.2.1. Вносить данные Клиента в сервис «Недвижка.kz» до направления Клиента в Банк.</w:t>
      </w:r>
    </w:p>
    <w:p>
      <w:r>
        <w:t>3.2.2. Направлять Клиента в Банк исключительно через уникальную ссылку или QR-код, сформированный сервисом Оператора.</w:t>
      </w:r>
    </w:p>
    <w:p>
      <w:r>
        <w:t>3.2.3. В случае отказа Клиенту в онлайн-оформлении кредита информировать Клиента о возможности рассмотрения его вопроса в отделении Банка, направлять Клиента в отделение Банка в его городе и по возможности оказывать консультационное содействие в рамках, предусмотренных Договором.</w:t>
      </w:r>
    </w:p>
    <w:p>
      <w:r>
        <w:t>3.2.4. Не обещать Клиентам от имени Банка или Оператора одобрение кредита, фиксированную ставку, сумму кредита или иные условия кредитования.</w:t>
      </w:r>
    </w:p>
    <w:p>
      <w:r>
        <w:t>3.2.5. Соблюдать требования Договора, Правил программы, Тарифов и законодательства Республики Казахстан, включая законодательство о персональных данных.</w:t>
      </w:r>
    </w:p>
    <w:p>
      <w:r>
        <w:t>3.3. Подтверждаю(ем), что понимаю(ем), что окончательное решение о выдаче кредита принимает исключительно Банк, и что вознаграждение Агенту выплачивается Оператором только при выполнении всех условий, установленных Договором и Тарифами.</w:t>
      </w:r>
    </w:p>
    <w:p>
      <w:r>
        <w:t>3.4. Подтверждаю(ем), что самостоятельно несу(сем) ответственность за уплату налогов и иных обязательных платежей с получаемого по Договору вознаграждения, за исключением случаев, когда Оператор по закону обязан выступать налоговым агентом.</w:t>
      </w:r>
    </w:p>
    <w:p>
      <w:pPr>
        <w:pStyle w:val="Heading2"/>
      </w:pPr>
      <w:r>
        <w:t>4. Согласие на коммуникации и маркетинговое использование данных (опционально)</w:t>
      </w:r>
    </w:p>
    <w:p>
      <w:r>
        <w:t>4.1. ☐ Согласен(на)/Согласны получать информационные, сервисные и иные сообщения, связанные с исполнением Договора и участием в программе, на указанный номер телефона и/или адрес электронной почты.</w:t>
      </w:r>
    </w:p>
    <w:p>
      <w:r>
        <w:t>4.2. ☐ Согласен(на)/Согласны на использование моего/нашего имени (наименования) и, при наличии, логотипа в кейсах и маркетинговых материалах Оператора, связанных с партнерской программой, без выплаты отдельного вознаграждения.</w:t>
      </w:r>
    </w:p>
    <w:p>
      <w:r>
        <w:t xml:space="preserve"> </w:t>
      </w:r>
    </w:p>
    <w:p>
      <w:r>
        <w:t>Агент: _________________________________________________________</w:t>
      </w:r>
    </w:p>
    <w:p>
      <w:r>
        <w:t>Ф.И.О. / Наименование: _________________________________________</w:t>
      </w:r>
    </w:p>
    <w:p>
      <w:r>
        <w:t>Документ, удостоверяющий личность / Регистрационные данные: ____</w:t>
      </w:r>
    </w:p>
    <w:p>
      <w:r>
        <w:t>_______________________________________________________________</w:t>
      </w:r>
    </w:p>
    <w:p>
      <w:r>
        <w:t>Подпись: ____________________________     Дата: «__» __________ 20__ г.</w:t>
      </w:r>
    </w:p>
    <w:p>
      <w:r>
        <w:t>М.П. (для юр. лица, при наличии)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